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0C4" w:rsidRDefault="00CE2870">
      <w:pPr>
        <w:jc w:val="center"/>
      </w:pPr>
      <w:r>
        <w:rPr>
          <w:noProof/>
          <w:lang w:val="en-IN" w:eastAsia="en-IN"/>
        </w:rPr>
        <w:drawing>
          <wp:anchor distT="0" distB="0" distL="114300" distR="114300" simplePos="0" relativeHeight="251657216" behindDoc="0" locked="0" layoutInCell="1" allowOverlap="1" wp14:anchorId="7DF649EC" wp14:editId="6C7ECBB5">
            <wp:simplePos x="0" y="0"/>
            <wp:positionH relativeFrom="column">
              <wp:posOffset>6350</wp:posOffset>
            </wp:positionH>
            <wp:positionV relativeFrom="paragraph">
              <wp:posOffset>15875</wp:posOffset>
            </wp:positionV>
            <wp:extent cx="790575" cy="790575"/>
            <wp:effectExtent l="0" t="0" r="9525" b="9525"/>
            <wp:wrapNone/>
            <wp:docPr id="2" name="Picture 2" descr="D:\Bikash ISNT\Role - Vice President\ISNT Logo New updated 29 Nov 2024\ISNT Logo Ex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kash ISNT\Role - Vice President\ISNT Logo New updated 29 Nov 2024\ISNT Logo Exp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34C">
        <w:rPr>
          <w:rFonts w:ascii="Arial" w:hAnsi="Arial"/>
          <w:b/>
          <w:color w:val="002060"/>
          <w:sz w:val="26"/>
        </w:rPr>
        <w:t>INDIAN SOCIETY FOR NON-DESTRUCTIVE TESTING (ISNT)</w:t>
      </w:r>
      <w:r w:rsidR="0004734C">
        <w:rPr>
          <w:rFonts w:ascii="Arial" w:hAnsi="Arial"/>
          <w:b/>
          <w:color w:val="002060"/>
          <w:sz w:val="26"/>
        </w:rPr>
        <w:br/>
      </w:r>
      <w:r w:rsidR="0004734C">
        <w:rPr>
          <w:rFonts w:ascii="Arial" w:hAnsi="Arial"/>
          <w:b/>
        </w:rPr>
        <w:t>APPLICATION FORM</w:t>
      </w:r>
      <w:r w:rsidR="0004734C">
        <w:rPr>
          <w:rFonts w:ascii="Arial" w:hAnsi="Arial"/>
          <w:b/>
        </w:rPr>
        <w:br/>
        <w:t>NATIONAL NDT AWARDS — NDT SYSTEMS INNOVATION AWARD</w:t>
      </w:r>
      <w:r w:rsidR="0004734C">
        <w:rPr>
          <w:rFonts w:ascii="Arial" w:hAnsi="Arial"/>
          <w:b/>
        </w:rPr>
        <w:br/>
      </w:r>
      <w:r w:rsidR="0004734C">
        <w:rPr>
          <w:rFonts w:ascii="Arial" w:hAnsi="Arial"/>
          <w:i/>
          <w:sz w:val="19"/>
        </w:rPr>
        <w:t>[ Category Specific Form | Category: Systems &amp; Instrumentation | Annexure III C ]</w:t>
      </w:r>
      <w:r w:rsidR="0004734C">
        <w:rPr>
          <w:rFonts w:ascii="Arial" w:hAnsi="Arial"/>
          <w:i/>
          <w:sz w:val="19"/>
        </w:rPr>
        <w:br/>
      </w:r>
      <w:r w:rsidR="0004734C">
        <w:rPr>
          <w:color w:val="646464"/>
          <w:sz w:val="17"/>
        </w:rPr>
        <w:t>Form ID: ISNT-AF-SYS-03 | Revision: 2.0 | SOP Reference: ISNT-SOP-AWR-01</w:t>
      </w: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10152"/>
      </w:tblGrid>
      <w:tr w:rsidR="00302EE0" w:rsidRPr="00302EE0" w:rsidTr="00302EE0">
        <w:trPr>
          <w:trHeight w:val="786"/>
        </w:trPr>
        <w:tc>
          <w:tcPr>
            <w:tcW w:w="10152" w:type="dxa"/>
            <w:shd w:val="clear" w:color="auto" w:fill="002060"/>
          </w:tcPr>
          <w:p w:rsidR="00302EE0" w:rsidRPr="00302EE0" w:rsidRDefault="00302EE0" w:rsidP="008725B3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302EE0">
              <w:rPr>
                <w:rFonts w:ascii="Arial" w:hAnsi="Arial"/>
                <w:b/>
                <w:color w:val="FFFFFF" w:themeColor="background1"/>
              </w:rPr>
              <w:t>A. AWARD CATEGORY &amp; SUBMISSION ROUTE SPECIFICATION</w:t>
            </w:r>
          </w:p>
        </w:tc>
      </w:tr>
    </w:tbl>
    <w:p w:rsidR="00302EE0" w:rsidRDefault="00302EE0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Target Category: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sz w:val="18"/>
              </w:rPr>
              <w:t>☐  NDT Systems Innovation Award</w:t>
            </w:r>
          </w:p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Submission Route: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sz w:val="18"/>
              </w:rPr>
              <w:t>☐ Route A: Direct Self-Application</w:t>
            </w:r>
            <w:r>
              <w:rPr>
                <w:rFonts w:ascii="Arial" w:hAnsi="Arial"/>
                <w:sz w:val="18"/>
              </w:rPr>
              <w:br/>
              <w:t>☐ Route B: Nomination by Organisation / ISNT Chapter</w:t>
            </w:r>
          </w:p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Innovation Type:</w:t>
            </w:r>
            <w:r>
              <w:rPr>
                <w:rFonts w:ascii="Arial" w:hAnsi="Arial"/>
                <w:b/>
                <w:sz w:val="18"/>
              </w:rPr>
              <w:br/>
              <w:t>(Select all that apply)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 w:rsidP="00CE2870"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Hardware / Scanner Design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Probe / Transducer Development</w:t>
            </w:r>
            <w:r w:rsidR="00CE2870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NDT Software / AI / Signal Processing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Automated / Robotic NDT System</w:t>
            </w:r>
            <w:r w:rsidR="00CE2870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Integrated Inspection Line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Other Novel Instrumentation</w:t>
            </w:r>
            <w:r w:rsidR="00D6259F">
              <w:rPr>
                <w:rFonts w:ascii="Arial" w:hAnsi="Arial"/>
                <w:sz w:val="18"/>
              </w:rPr>
              <w:t xml:space="preserve"> </w:t>
            </w:r>
            <w:r w:rsidR="00D6259F">
              <w:rPr>
                <w:rFonts w:ascii="Segoe UI Symbol" w:hAnsi="Segoe UI Symbol" w:cs="Segoe UI Symbol"/>
                <w:color w:val="333333"/>
                <w:sz w:val="19"/>
              </w:rPr>
              <w:t>☐</w:t>
            </w:r>
            <w:r w:rsidR="00D6259F">
              <w:rPr>
                <w:rFonts w:ascii="Calibri" w:hAnsi="Calibri"/>
                <w:color w:val="333333"/>
                <w:sz w:val="19"/>
              </w:rPr>
              <w:t xml:space="preserve">  Others; Specify:</w:t>
            </w:r>
            <w:r>
              <w:rPr>
                <w:rFonts w:ascii="Arial" w:hAnsi="Arial"/>
                <w:sz w:val="18"/>
              </w:rPr>
              <w:t xml:space="preserve"> _____________</w:t>
            </w:r>
          </w:p>
        </w:tc>
      </w:tr>
    </w:tbl>
    <w:p w:rsidR="00302EE0" w:rsidRDefault="00302EE0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10152"/>
      </w:tblGrid>
      <w:tr w:rsidR="00302EE0" w:rsidRPr="00302EE0" w:rsidTr="00302EE0">
        <w:trPr>
          <w:trHeight w:val="677"/>
        </w:trPr>
        <w:tc>
          <w:tcPr>
            <w:tcW w:w="10152" w:type="dxa"/>
            <w:shd w:val="clear" w:color="auto" w:fill="002060"/>
          </w:tcPr>
          <w:p w:rsidR="00302EE0" w:rsidRPr="00302EE0" w:rsidRDefault="00302EE0" w:rsidP="009C23A9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302EE0">
              <w:rPr>
                <w:rFonts w:ascii="Arial" w:hAnsi="Arial"/>
                <w:b/>
                <w:color w:val="FFFFFF" w:themeColor="background1"/>
              </w:rPr>
              <w:t>B. APPLICANT / NOMINEE DETAILS</w:t>
            </w:r>
          </w:p>
        </w:tc>
      </w:tr>
    </w:tbl>
    <w:p w:rsidR="00302EE0" w:rsidRDefault="00302EE0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8"/>
        <w:gridCol w:w="2910"/>
        <w:gridCol w:w="2058"/>
      </w:tblGrid>
      <w:tr w:rsidR="000E6520" w:rsidTr="000E652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E6520" w:rsidRDefault="000E6520">
            <w:r>
              <w:rPr>
                <w:rFonts w:ascii="Arial" w:hAnsi="Arial"/>
                <w:b/>
                <w:sz w:val="18"/>
              </w:rPr>
              <w:t>Full Name (Capitals):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E6520" w:rsidRDefault="000E6520">
            <w:pPr>
              <w:jc w:val="right"/>
              <w:rPr>
                <w:rFonts w:ascii="Arial" w:hAnsi="Arial"/>
                <w:color w:val="808080"/>
                <w:sz w:val="16"/>
              </w:rPr>
            </w:pPr>
          </w:p>
          <w:p w:rsidR="000E6520" w:rsidRDefault="000E6520" w:rsidP="000E6520">
            <w:pPr>
              <w:jc w:val="right"/>
            </w:pPr>
          </w:p>
        </w:tc>
        <w:tc>
          <w:tcPr>
            <w:tcW w:w="2058" w:type="dxa"/>
            <w:vMerge w:val="restart"/>
            <w:tcBorders>
              <w:left w:val="single" w:sz="4" w:space="0" w:color="auto"/>
            </w:tcBorders>
          </w:tcPr>
          <w:p w:rsidR="000E6520" w:rsidRDefault="000E6520" w:rsidP="000E6520">
            <w:pPr>
              <w:jc w:val="right"/>
            </w:pPr>
            <w:r>
              <w:rPr>
                <w:rFonts w:ascii="Arial" w:hAnsi="Arial"/>
                <w:color w:val="808080"/>
                <w:sz w:val="16"/>
              </w:rPr>
              <w:t>AFFIX PASSPORT SIZE</w:t>
            </w:r>
            <w:r>
              <w:rPr>
                <w:rFonts w:ascii="Arial" w:hAnsi="Arial"/>
                <w:color w:val="808080"/>
                <w:sz w:val="16"/>
              </w:rPr>
              <w:br/>
              <w:t>PHOTOGRAPH HERE</w:t>
            </w:r>
          </w:p>
        </w:tc>
      </w:tr>
      <w:tr w:rsidR="000E6520" w:rsidTr="00B51BE4">
        <w:trPr>
          <w:trHeight w:val="461"/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E6520" w:rsidRDefault="000E6520" w:rsidP="00B51BE4">
            <w:pPr>
              <w:spacing w:after="0"/>
            </w:pPr>
            <w:bookmarkStart w:id="0" w:name="_GoBack" w:colFirst="0" w:colLast="1"/>
            <w:r>
              <w:rPr>
                <w:rFonts w:ascii="Arial" w:hAnsi="Arial"/>
                <w:b/>
                <w:sz w:val="18"/>
              </w:rPr>
              <w:t>Date of Birth: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E6520" w:rsidRDefault="000E6520" w:rsidP="00B51BE4">
            <w:pPr>
              <w:spacing w:after="0"/>
            </w:pPr>
          </w:p>
        </w:tc>
        <w:tc>
          <w:tcPr>
            <w:tcW w:w="2058" w:type="dxa"/>
            <w:vMerge/>
            <w:tcBorders>
              <w:left w:val="single" w:sz="4" w:space="0" w:color="auto"/>
            </w:tcBorders>
          </w:tcPr>
          <w:p w:rsidR="000E6520" w:rsidRDefault="000E6520" w:rsidP="00B51BE4">
            <w:pPr>
              <w:spacing w:after="0"/>
            </w:pPr>
          </w:p>
        </w:tc>
      </w:tr>
      <w:tr w:rsidR="000E6520" w:rsidTr="000E652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E6520" w:rsidRDefault="000E6520" w:rsidP="00B51BE4"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Designation &amp; Organisation: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E6520" w:rsidRDefault="000E6520" w:rsidP="00B51BE4">
            <w:pPr>
              <w:spacing w:after="0"/>
            </w:pPr>
          </w:p>
        </w:tc>
        <w:tc>
          <w:tcPr>
            <w:tcW w:w="2058" w:type="dxa"/>
            <w:vMerge/>
            <w:tcBorders>
              <w:left w:val="single" w:sz="4" w:space="0" w:color="auto"/>
            </w:tcBorders>
          </w:tcPr>
          <w:p w:rsidR="000E6520" w:rsidRDefault="000E6520" w:rsidP="00B51BE4">
            <w:pPr>
              <w:spacing w:after="0"/>
            </w:pPr>
          </w:p>
        </w:tc>
      </w:tr>
      <w:bookmarkEnd w:id="0"/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Official Address:</w:t>
            </w:r>
          </w:p>
        </w:tc>
        <w:tc>
          <w:tcPr>
            <w:tcW w:w="4968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Residential Address:</w:t>
            </w:r>
          </w:p>
        </w:tc>
        <w:tc>
          <w:tcPr>
            <w:tcW w:w="4968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Contact Details:</w:t>
            </w:r>
          </w:p>
        </w:tc>
        <w:tc>
          <w:tcPr>
            <w:tcW w:w="4968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 w:rsidP="00B51BE4">
            <w:pPr>
              <w:spacing w:line="240" w:lineRule="auto"/>
            </w:pPr>
            <w:r>
              <w:rPr>
                <w:rFonts w:ascii="Arial" w:hAnsi="Arial"/>
                <w:sz w:val="18"/>
              </w:rPr>
              <w:t>Phone:</w:t>
            </w:r>
            <w:r>
              <w:rPr>
                <w:rFonts w:ascii="Arial" w:hAnsi="Arial"/>
                <w:sz w:val="18"/>
              </w:rPr>
              <w:br/>
              <w:t>Email:</w:t>
            </w:r>
          </w:p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 w:rsidP="00B51BE4">
            <w:pPr>
              <w:spacing w:after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ISNT Membership No.:</w:t>
            </w:r>
          </w:p>
          <w:p w:rsidR="00B51BE4" w:rsidRDefault="00B51BE4"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(</w:t>
            </w:r>
            <w:r w:rsidRPr="007E4AC1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>ISNT Membership is mandatory and shall be valid from the date of application through 31st Dec 2026</w:t>
            </w:r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).</w:t>
            </w:r>
          </w:p>
        </w:tc>
        <w:tc>
          <w:tcPr>
            <w:tcW w:w="4968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</w:tbl>
    <w:p w:rsidR="007F45C1" w:rsidRDefault="007F45C1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10152"/>
      </w:tblGrid>
      <w:tr w:rsidR="007F45C1" w:rsidRPr="007F45C1" w:rsidTr="007F45C1">
        <w:trPr>
          <w:trHeight w:val="741"/>
        </w:trPr>
        <w:tc>
          <w:tcPr>
            <w:tcW w:w="10152" w:type="dxa"/>
            <w:shd w:val="clear" w:color="auto" w:fill="002060"/>
          </w:tcPr>
          <w:p w:rsidR="007F45C1" w:rsidRPr="007F45C1" w:rsidRDefault="007F45C1" w:rsidP="0046268E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7F45C1">
              <w:rPr>
                <w:rFonts w:ascii="Arial" w:hAnsi="Arial"/>
                <w:b/>
                <w:color w:val="FFFFFF" w:themeColor="background1"/>
              </w:rPr>
              <w:t>C. NOMINATOR DETAILS (OPTIONAL — IF APPLICABLE)</w:t>
            </w:r>
          </w:p>
        </w:tc>
      </w:tr>
    </w:tbl>
    <w:p w:rsidR="007F45C1" w:rsidRDefault="007F45C1">
      <w:pPr>
        <w:spacing w:before="240" w:after="80"/>
      </w:pPr>
    </w:p>
    <w:p w:rsidR="003070C4" w:rsidRDefault="0004734C">
      <w:pPr>
        <w:spacing w:after="40"/>
      </w:pPr>
      <w:r>
        <w:rPr>
          <w:i/>
          <w:sz w:val="17"/>
        </w:rPr>
        <w:t>(Complete this section only if submitting under Route B: Nomination by Organisation/Chapter)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Nominator Type: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sz w:val="18"/>
              </w:rPr>
              <w:t>☐ ISNT Chapter    ☐ Honorary Fellow    ☐ Company / Industry    ☐ R&amp;D / Academic Institute</w:t>
            </w:r>
          </w:p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Name &amp; Address of Body: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Contact Person &amp; Designation: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sz w:val="18"/>
              </w:rPr>
              <w:t>Email:</w:t>
            </w:r>
            <w:r>
              <w:rPr>
                <w:rFonts w:ascii="Arial" w:hAnsi="Arial"/>
                <w:sz w:val="18"/>
              </w:rPr>
              <w:br/>
              <w:t>Phone:</w:t>
            </w:r>
          </w:p>
        </w:tc>
      </w:tr>
    </w:tbl>
    <w:p w:rsidR="007F45C1" w:rsidRDefault="007F45C1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10152"/>
      </w:tblGrid>
      <w:tr w:rsidR="007F45C1" w:rsidRPr="007F45C1" w:rsidTr="007F45C1">
        <w:trPr>
          <w:trHeight w:val="664"/>
        </w:trPr>
        <w:tc>
          <w:tcPr>
            <w:tcW w:w="10152" w:type="dxa"/>
            <w:shd w:val="clear" w:color="auto" w:fill="002060"/>
          </w:tcPr>
          <w:p w:rsidR="007F45C1" w:rsidRPr="007F45C1" w:rsidRDefault="007F45C1" w:rsidP="00EE45E1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7F45C1">
              <w:rPr>
                <w:rFonts w:ascii="Arial" w:hAnsi="Arial"/>
                <w:b/>
                <w:color w:val="FFFFFF" w:themeColor="background1"/>
              </w:rPr>
              <w:t>D. SYSTEM DEVELOPMENT PROFILE</w:t>
            </w:r>
          </w:p>
        </w:tc>
      </w:tr>
    </w:tbl>
    <w:p w:rsidR="007F45C1" w:rsidRDefault="007F45C1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Name of System / Product / Tool: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Technology Readiness Level (TRL):</w:t>
            </w:r>
            <w:r>
              <w:rPr>
                <w:rFonts w:ascii="Arial" w:hAnsi="Arial"/>
                <w:b/>
                <w:sz w:val="18"/>
              </w:rPr>
              <w:br/>
              <w:t>(TRL 1–9 Reference: 1-Basic Principles, 4-Lab Validation, 7-Prototype Field Demo, 9-Proven System)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sz w:val="18"/>
              </w:rPr>
              <w:t>Current Self-Assessed TRL: ____ (TRL 1 to 9)</w:t>
            </w:r>
            <w:r>
              <w:rPr>
                <w:rFonts w:ascii="Arial" w:hAnsi="Arial"/>
                <w:sz w:val="18"/>
              </w:rPr>
              <w:br/>
              <w:t>Documentary Justification Attached: ☐ YES  ☐ NO</w:t>
            </w:r>
            <w:r>
              <w:rPr>
                <w:rFonts w:ascii="Arial" w:hAnsi="Arial"/>
                <w:sz w:val="18"/>
              </w:rPr>
              <w:br/>
              <w:t>(Mandatory: Provide test reports, field logs, or qualification certificates verifying declared TRL)</w:t>
            </w:r>
          </w:p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Intellectual Property Status: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 w:rsidP="00CE2870"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Patent Granted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Patent Filed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Jointly Owned IP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Licensed Technology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Open-Source Licence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Proprietary Trade Secret</w:t>
            </w:r>
            <w:r w:rsidR="00CE2870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No Registered IP / Not Applicable</w:t>
            </w:r>
          </w:p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Adoption &amp; Commercialisation Status: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 w:rsidP="00CE2870"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Conceptual Stage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Laboratory Prototype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Pilot Field Trial</w:t>
            </w:r>
            <w:r w:rsidR="00CE2870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Qualified Industry Product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Routine Internal Deployment</w:t>
            </w:r>
            <w:r w:rsidR="00CE2870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Commercial Sales &amp; Distribution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Licensed / Open-Source Adoption</w:t>
            </w:r>
          </w:p>
        </w:tc>
      </w:tr>
    </w:tbl>
    <w:p w:rsidR="007F45C1" w:rsidRDefault="007F45C1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10152"/>
      </w:tblGrid>
      <w:tr w:rsidR="007F45C1" w:rsidRPr="007F45C1" w:rsidTr="00792223">
        <w:trPr>
          <w:trHeight w:val="663"/>
        </w:trPr>
        <w:tc>
          <w:tcPr>
            <w:tcW w:w="10152" w:type="dxa"/>
            <w:shd w:val="clear" w:color="auto" w:fill="002060"/>
          </w:tcPr>
          <w:p w:rsidR="007F45C1" w:rsidRPr="007F45C1" w:rsidRDefault="007F45C1" w:rsidP="00BC4F5E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7F45C1">
              <w:rPr>
                <w:rFonts w:ascii="Arial" w:hAnsi="Arial"/>
                <w:b/>
                <w:color w:val="FFFFFF" w:themeColor="background1"/>
              </w:rPr>
              <w:t>E. SYSTEM ARCHITECTURE &amp; INNOVATION SPECIFICATION</w:t>
            </w:r>
          </w:p>
        </w:tc>
      </w:tr>
    </w:tbl>
    <w:p w:rsidR="003070C4" w:rsidRDefault="0004734C">
      <w:pPr>
        <w:spacing w:after="80"/>
      </w:pPr>
      <w:r>
        <w:rPr>
          <w:i/>
          <w:sz w:val="17"/>
        </w:rPr>
        <w:t>Note: Word limits are specified per major criterion (250–400 words max). Up to 2 controlled annexures (max 2 pages total) may be attached. A confidential annexure option is available for proprietary architectures.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lastRenderedPageBreak/>
              <w:t>1. Innovation Overview &amp; Novel Features:</w:t>
            </w:r>
            <w:r>
              <w:rPr>
                <w:rFonts w:ascii="Arial" w:hAnsi="Arial"/>
                <w:b/>
                <w:sz w:val="18"/>
              </w:rPr>
              <w:br/>
              <w:t>(Max 400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2. System Architecture (Hardware/Software/Sensor):</w:t>
            </w:r>
            <w:r>
              <w:rPr>
                <w:rFonts w:ascii="Arial" w:hAnsi="Arial"/>
                <w:b/>
                <w:sz w:val="18"/>
              </w:rPr>
              <w:br/>
              <w:t>(Max 400 words — Confidential Annexure for Proprietary Design: ☐ Attached  ☐ N/A)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3. Performance Benchmarking vs Reference Systems:</w:t>
            </w:r>
            <w:r>
              <w:rPr>
                <w:rFonts w:ascii="Arial" w:hAnsi="Arial"/>
                <w:b/>
                <w:sz w:val="18"/>
              </w:rPr>
              <w:br/>
              <w:t>(Max 350 words — Detail reference system, test conditions, sample/defect population, measurement method, uncertainty, &amp; independent verifier)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4. Software, AI &amp; Algorithmic Innovations:</w:t>
            </w:r>
            <w:r>
              <w:rPr>
                <w:rFonts w:ascii="Arial" w:hAnsi="Arial"/>
                <w:b/>
                <w:sz w:val="18"/>
              </w:rPr>
              <w:br/>
              <w:t>(Max 400 words — If AI-based: address training/validation separation, dataset representativeness, false calls, explainability, &amp; field drift)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5. Industrial Validation &amp; Field Trial Data:</w:t>
            </w:r>
            <w:r>
              <w:rPr>
                <w:rFonts w:ascii="Arial" w:hAnsi="Arial"/>
                <w:b/>
                <w:sz w:val="18"/>
              </w:rPr>
              <w:br/>
              <w:t>(Max 350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6. Adoption, Utilisation &amp; Realised Impact:</w:t>
            </w:r>
            <w:r>
              <w:rPr>
                <w:rFonts w:ascii="Arial" w:hAnsi="Arial"/>
                <w:b/>
                <w:sz w:val="18"/>
              </w:rPr>
              <w:br/>
              <w:t>(Max 350 words — Detail field deployment, open-source adoption, or operational impact across public/private sectors)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</w:tbl>
    <w:p w:rsidR="003070C4" w:rsidRDefault="0004734C">
      <w:pPr>
        <w:spacing w:before="160" w:after="40"/>
      </w:pPr>
      <w:r>
        <w:rPr>
          <w:b/>
        </w:rPr>
        <w:t>System Technical Benchmarking &amp; Performance Data: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446"/>
        <w:gridCol w:w="1733"/>
        <w:gridCol w:w="1731"/>
        <w:gridCol w:w="1879"/>
        <w:gridCol w:w="1742"/>
        <w:gridCol w:w="1645"/>
      </w:tblGrid>
      <w:tr w:rsidR="00792223" w:rsidRPr="00792223" w:rsidTr="00792223">
        <w:trPr>
          <w:jc w:val="center"/>
        </w:trPr>
        <w:tc>
          <w:tcPr>
            <w:tcW w:w="576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Pr="00792223" w:rsidRDefault="0004734C">
            <w:pPr>
              <w:jc w:val="center"/>
              <w:rPr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  <w:sz w:val="17"/>
              </w:rPr>
              <w:t>Sl.</w:t>
            </w:r>
          </w:p>
        </w:tc>
        <w:tc>
          <w:tcPr>
            <w:tcW w:w="187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Pr="00792223" w:rsidRDefault="0004734C">
            <w:pPr>
              <w:jc w:val="center"/>
              <w:rPr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  <w:sz w:val="17"/>
              </w:rPr>
              <w:t>Parameter / Metric</w:t>
            </w:r>
          </w:p>
        </w:tc>
        <w:tc>
          <w:tcPr>
            <w:tcW w:w="187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Pr="00792223" w:rsidRDefault="0004734C">
            <w:pPr>
              <w:jc w:val="center"/>
              <w:rPr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  <w:sz w:val="17"/>
              </w:rPr>
              <w:t>Reference / Existing System</w:t>
            </w:r>
          </w:p>
        </w:tc>
        <w:tc>
          <w:tcPr>
            <w:tcW w:w="2016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Pr="00792223" w:rsidRDefault="0004734C">
            <w:pPr>
              <w:jc w:val="center"/>
              <w:rPr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  <w:sz w:val="17"/>
              </w:rPr>
              <w:t>Innovated System Benchmark (with Uncertainty)</w:t>
            </w:r>
          </w:p>
        </w:tc>
        <w:tc>
          <w:tcPr>
            <w:tcW w:w="187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Pr="00792223" w:rsidRDefault="0004734C">
            <w:pPr>
              <w:jc w:val="center"/>
              <w:rPr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  <w:sz w:val="17"/>
              </w:rPr>
              <w:t>Test Conditions &amp; Sample Population</w:t>
            </w:r>
          </w:p>
        </w:tc>
        <w:tc>
          <w:tcPr>
            <w:tcW w:w="1728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Pr="00792223" w:rsidRDefault="0004734C">
            <w:pPr>
              <w:jc w:val="center"/>
              <w:rPr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  <w:sz w:val="17"/>
              </w:rPr>
              <w:t>Independent Verifier / Source</w:t>
            </w:r>
          </w:p>
        </w:tc>
      </w:tr>
      <w:tr w:rsidR="003070C4">
        <w:trPr>
          <w:jc w:val="center"/>
        </w:trPr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</w:tbl>
    <w:p w:rsidR="003070C4" w:rsidRDefault="0004734C">
      <w:pPr>
        <w:spacing w:before="240" w:after="80"/>
      </w:pPr>
      <w:r>
        <w:rPr>
          <w:rFonts w:ascii="Arial" w:hAnsi="Arial"/>
          <w:b/>
          <w:color w:val="002060"/>
        </w:rPr>
        <w:t>F. SUPPORTING DOCUMENTS &amp; CONTROLLED ANNEXURES ATTACHED</w:t>
      </w:r>
    </w:p>
    <w:p w:rsidR="003070C4" w:rsidRDefault="0004734C">
      <w:pPr>
        <w:spacing w:after="40"/>
      </w:pPr>
      <w:r>
        <w:rPr>
          <w:i/>
          <w:sz w:val="17"/>
        </w:rPr>
        <w:t>(Maximum 2 Controlled Annexures + 1 Optional Confidential Architecture Annexure permitted)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792223" w:rsidRPr="00792223" w:rsidTr="00792223">
        <w:trPr>
          <w:jc w:val="center"/>
        </w:trPr>
        <w:tc>
          <w:tcPr>
            <w:tcW w:w="331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Pr="00792223" w:rsidRDefault="0004734C">
            <w:pPr>
              <w:rPr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  <w:sz w:val="18"/>
              </w:rPr>
              <w:t>Sl. No.</w:t>
            </w:r>
          </w:p>
        </w:tc>
        <w:tc>
          <w:tcPr>
            <w:tcW w:w="331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Pr="00792223" w:rsidRDefault="0004734C">
            <w:pPr>
              <w:rPr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  <w:sz w:val="18"/>
              </w:rPr>
              <w:t>Document / Annexure Description</w:t>
            </w:r>
            <w:r w:rsidR="00792223">
              <w:rPr>
                <w:rFonts w:ascii="Arial" w:hAnsi="Arial"/>
                <w:b/>
                <w:color w:val="FFFFFF" w:themeColor="background1"/>
                <w:sz w:val="18"/>
              </w:rPr>
              <w:t xml:space="preserve"> </w:t>
            </w:r>
            <w:r w:rsidR="00792223">
              <w:rPr>
                <w:rFonts w:ascii="Calibri" w:hAnsi="Calibri"/>
                <w:b/>
                <w:color w:val="FFFFFF"/>
                <w:sz w:val="18"/>
              </w:rPr>
              <w:t>(Publications, Patents, Testimonials, Reports, etc.)</w:t>
            </w:r>
          </w:p>
        </w:tc>
        <w:tc>
          <w:tcPr>
            <w:tcW w:w="331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Pr="00792223" w:rsidRDefault="0004734C">
            <w:pPr>
              <w:rPr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  <w:sz w:val="18"/>
              </w:rPr>
              <w:t>Attached (Yes / No)</w:t>
            </w:r>
          </w:p>
        </w:tc>
      </w:tr>
      <w:tr w:rsidR="003070C4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</w:tbl>
    <w:p w:rsidR="00792223" w:rsidRDefault="00792223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10152"/>
      </w:tblGrid>
      <w:tr w:rsidR="00792223" w:rsidRPr="00792223" w:rsidTr="00792223">
        <w:trPr>
          <w:trHeight w:val="669"/>
        </w:trPr>
        <w:tc>
          <w:tcPr>
            <w:tcW w:w="10152" w:type="dxa"/>
            <w:shd w:val="clear" w:color="auto" w:fill="002060"/>
          </w:tcPr>
          <w:p w:rsidR="00792223" w:rsidRPr="00792223" w:rsidRDefault="00792223" w:rsidP="000A696A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</w:rPr>
              <w:t>G. PROPOSED CITATION</w:t>
            </w:r>
          </w:p>
        </w:tc>
      </w:tr>
    </w:tbl>
    <w:p w:rsidR="003070C4" w:rsidRDefault="0004734C">
      <w:pPr>
        <w:spacing w:after="80"/>
      </w:pPr>
      <w:r>
        <w:rPr>
          <w:i/>
          <w:sz w:val="18"/>
        </w:rPr>
        <w:t>(Maximum 75 words — State precisely the principal achievement for which the award is proposed):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936"/>
      </w:tblGrid>
      <w:tr w:rsidR="003070C4">
        <w:trPr>
          <w:jc w:val="center"/>
        </w:trPr>
        <w:tc>
          <w:tcPr>
            <w:tcW w:w="993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</w:tbl>
    <w:p w:rsidR="00792223" w:rsidRDefault="00792223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10152"/>
      </w:tblGrid>
      <w:tr w:rsidR="00792223" w:rsidRPr="00792223" w:rsidTr="00792223">
        <w:trPr>
          <w:trHeight w:val="645"/>
        </w:trPr>
        <w:tc>
          <w:tcPr>
            <w:tcW w:w="10152" w:type="dxa"/>
            <w:shd w:val="clear" w:color="auto" w:fill="002060"/>
          </w:tcPr>
          <w:p w:rsidR="00792223" w:rsidRPr="00792223" w:rsidRDefault="00792223" w:rsidP="00492177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</w:rPr>
              <w:t>H. REFERENCES &amp; CONFIDENTIAL REFEREES</w:t>
            </w:r>
          </w:p>
        </w:tc>
      </w:tr>
    </w:tbl>
    <w:p w:rsidR="00792223" w:rsidRDefault="00792223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756"/>
        <w:gridCol w:w="2077"/>
        <w:gridCol w:w="2144"/>
        <w:gridCol w:w="2086"/>
        <w:gridCol w:w="2113"/>
      </w:tblGrid>
      <w:tr w:rsidR="003070C4">
        <w:trPr>
          <w:jc w:val="center"/>
        </w:trPr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Sl. No.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Name of Referee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Designation &amp; Organisation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Full Address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Email &amp; Telephone</w:t>
            </w:r>
          </w:p>
        </w:tc>
      </w:tr>
      <w:tr w:rsidR="003070C4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</w:tbl>
    <w:p w:rsidR="00792223" w:rsidRDefault="00792223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10152"/>
      </w:tblGrid>
      <w:tr w:rsidR="00792223" w:rsidRPr="00792223" w:rsidTr="00792223">
        <w:trPr>
          <w:trHeight w:val="741"/>
        </w:trPr>
        <w:tc>
          <w:tcPr>
            <w:tcW w:w="10152" w:type="dxa"/>
            <w:shd w:val="clear" w:color="auto" w:fill="002060"/>
          </w:tcPr>
          <w:p w:rsidR="00792223" w:rsidRPr="00792223" w:rsidRDefault="00792223" w:rsidP="00907F7E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</w:rPr>
              <w:t>I. DECLARATIONS &amp; SEPARATE CONSENT</w:t>
            </w:r>
          </w:p>
        </w:tc>
      </w:tr>
    </w:tbl>
    <w:p w:rsidR="003070C4" w:rsidRDefault="0004734C">
      <w:pPr>
        <w:spacing w:after="80"/>
      </w:pPr>
      <w:r>
        <w:rPr>
          <w:b/>
        </w:rPr>
        <w:t>Applicant / Nominee Consent &amp; Declaration:</w:t>
      </w:r>
      <w:r>
        <w:rPr>
          <w:b/>
        </w:rPr>
        <w:br/>
      </w:r>
      <w:r>
        <w:rPr>
          <w:i/>
          <w:sz w:val="17"/>
        </w:rPr>
        <w:t>"I hereby consent to being considered for the National NDT Award for Systems Innovation. I certify that the information submitted in this application is true, correct, and complete to the best of my knowledge. I understand that misleading details may lead to disqualification. I agree that annual confirmation/updates will be required if ISNT considers my application for subsequent cycles."</w:t>
      </w:r>
    </w:p>
    <w:p w:rsidR="003070C4" w:rsidRDefault="0004734C">
      <w:pPr>
        <w:spacing w:after="120"/>
      </w:pPr>
      <w:r>
        <w:rPr>
          <w:b/>
        </w:rPr>
        <w:t>Nominator Declaration (Required for Route B / Sponsoring Nominator):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sz w:val="18"/>
              </w:rPr>
              <w:t>Signature of Applicant / Nominee: ___________________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Name: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lastRenderedPageBreak/>
              <w:t>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sz w:val="18"/>
              </w:rPr>
              <w:lastRenderedPageBreak/>
              <w:t>Signature &amp; Seal of Nominator (if applicable): 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lastRenderedPageBreak/>
              <w:t>Name &amp; Designation:</w:t>
            </w:r>
            <w:r>
              <w:rPr>
                <w:rFonts w:ascii="Arial" w:hAnsi="Arial"/>
                <w:sz w:val="18"/>
              </w:rPr>
              <w:br/>
              <w:t>Date:</w:t>
            </w:r>
          </w:p>
        </w:tc>
      </w:tr>
    </w:tbl>
    <w:p w:rsidR="003070C4" w:rsidRDefault="0004734C">
      <w:pPr>
        <w:spacing w:before="120" w:after="240"/>
        <w:rPr>
          <w:i/>
          <w:sz w:val="17"/>
        </w:rPr>
      </w:pPr>
      <w:r>
        <w:rPr>
          <w:i/>
          <w:sz w:val="17"/>
        </w:rPr>
        <w:lastRenderedPageBreak/>
        <w:t>Note on Reconsideration: Applications do not automatically carry forward. Applicants must submit an annual confirmation and updated eligibility/consent form by 31st August for consideration in subsequent cycles.</w:t>
      </w:r>
    </w:p>
    <w:p w:rsidR="00792223" w:rsidRDefault="00792223">
      <w:pPr>
        <w:spacing w:before="120" w:after="240"/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10152"/>
      </w:tblGrid>
      <w:tr w:rsidR="00792223" w:rsidRPr="00792223" w:rsidTr="00792223">
        <w:trPr>
          <w:trHeight w:val="752"/>
        </w:trPr>
        <w:tc>
          <w:tcPr>
            <w:tcW w:w="10152" w:type="dxa"/>
            <w:shd w:val="clear" w:color="auto" w:fill="002060"/>
          </w:tcPr>
          <w:p w:rsidR="00792223" w:rsidRPr="00792223" w:rsidRDefault="00792223" w:rsidP="00270E0D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792223">
              <w:rPr>
                <w:rFonts w:ascii="Arial" w:hAnsi="Arial"/>
                <w:b/>
                <w:color w:val="FFFFFF" w:themeColor="background1"/>
              </w:rPr>
              <w:t>FOR ISNT OFFICE USE ONLY</w:t>
            </w:r>
          </w:p>
        </w:tc>
      </w:tr>
    </w:tbl>
    <w:p w:rsidR="00792223" w:rsidRDefault="00792223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Registration No. &amp; 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Acknowledgement No.: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3070C4"/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Eligibility &amp; Submission Route Verified: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sz w:val="18"/>
              </w:rPr>
              <w:t>☐  YES    ☐  NO    ☐  NOT APPLICABLE</w:t>
            </w:r>
          </w:p>
        </w:tc>
      </w:tr>
      <w:tr w:rsidR="003070C4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b/>
                <w:sz w:val="18"/>
              </w:rPr>
              <w:t>Action / Decision: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070C4" w:rsidRDefault="0004734C">
            <w:r>
              <w:rPr>
                <w:rFonts w:ascii="Arial" w:hAnsi="Arial"/>
                <w:sz w:val="18"/>
              </w:rPr>
              <w:t>☐  Awarded    ☐  Annual Confirmation Received for Next Cycle    ☐  Not Recommended</w:t>
            </w:r>
          </w:p>
        </w:tc>
      </w:tr>
    </w:tbl>
    <w:p w:rsidR="0004734C" w:rsidRDefault="0004734C"/>
    <w:sectPr w:rsidR="0004734C" w:rsidSect="00034616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FCF" w:rsidRDefault="00967FCF">
      <w:pPr>
        <w:spacing w:after="0" w:line="240" w:lineRule="auto"/>
      </w:pPr>
      <w:r>
        <w:separator/>
      </w:r>
    </w:p>
  </w:endnote>
  <w:endnote w:type="continuationSeparator" w:id="0">
    <w:p w:rsidR="00967FCF" w:rsidRDefault="0096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0C4" w:rsidRDefault="0004734C">
    <w:pPr>
      <w:pStyle w:val="Footer"/>
      <w:jc w:val="right"/>
    </w:pPr>
    <w:r>
      <w:rPr>
        <w:rFonts w:ascii="Arial" w:hAnsi="Arial"/>
        <w:color w:val="808080"/>
        <w:sz w:val="17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A0AE2">
      <w:rPr>
        <w:noProof/>
      </w:rPr>
      <w:t>2</w:t>
    </w:r>
    <w:r>
      <w:fldChar w:fldCharType="end"/>
    </w:r>
    <w:r>
      <w:t xml:space="preserve"> of </w:t>
    </w:r>
    <w:fldSimple w:instr=" NUMPAGES ">
      <w:r w:rsidR="002A0AE2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FCF" w:rsidRDefault="00967FCF">
      <w:pPr>
        <w:spacing w:after="0" w:line="240" w:lineRule="auto"/>
      </w:pPr>
      <w:r>
        <w:separator/>
      </w:r>
    </w:p>
  </w:footnote>
  <w:footnote w:type="continuationSeparator" w:id="0">
    <w:p w:rsidR="00967FCF" w:rsidRDefault="00967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0C4" w:rsidRDefault="0004734C">
    <w:pPr>
      <w:pStyle w:val="Header"/>
      <w:jc w:val="right"/>
    </w:pPr>
    <w:r>
      <w:rPr>
        <w:rFonts w:ascii="Arial" w:hAnsi="Arial"/>
        <w:color w:val="808080"/>
        <w:sz w:val="17"/>
      </w:rPr>
      <w:t>ISNT Form ID: ISNT-AF-SYS-03 | Rev: 2.0 | SOP Ref: ISNT-SOP-AWR-01 (Annexure III C)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734C"/>
    <w:rsid w:val="0006063C"/>
    <w:rsid w:val="000E6520"/>
    <w:rsid w:val="0015074B"/>
    <w:rsid w:val="0029639D"/>
    <w:rsid w:val="002A0AE2"/>
    <w:rsid w:val="00302EE0"/>
    <w:rsid w:val="003070C4"/>
    <w:rsid w:val="00326F90"/>
    <w:rsid w:val="00792223"/>
    <w:rsid w:val="007F45C1"/>
    <w:rsid w:val="00873C29"/>
    <w:rsid w:val="00967FCF"/>
    <w:rsid w:val="00AA1D8D"/>
    <w:rsid w:val="00B47730"/>
    <w:rsid w:val="00B51BE4"/>
    <w:rsid w:val="00CB0664"/>
    <w:rsid w:val="00CE2870"/>
    <w:rsid w:val="00D625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F10F58"/>
  <w14:defaultImageDpi w14:val="300"/>
  <w15:docId w15:val="{BB295B02-543E-4575-A8B2-0E8D087F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D37686-12DA-41D0-A3A5-CFD6AC6BE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>Nil</dc:description>
  <cp:lastModifiedBy>Admin</cp:lastModifiedBy>
  <cp:revision>11</cp:revision>
  <cp:lastPrinted>2026-08-27T09:12:00Z</cp:lastPrinted>
  <dcterms:created xsi:type="dcterms:W3CDTF">2013-12-23T23:15:00Z</dcterms:created>
  <dcterms:modified xsi:type="dcterms:W3CDTF">2026-08-27T09:12:00Z</dcterms:modified>
  <cp:category/>
</cp:coreProperties>
</file>